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51525" w14:textId="0FCFEDEB" w:rsidR="006A07B6" w:rsidRPr="00C12D50" w:rsidRDefault="00F8248B" w:rsidP="00D65F1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DEKLARACJA UDZIA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Ł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U W PROJEKCIE</w:t>
      </w:r>
    </w:p>
    <w:p w14:paraId="19140DAF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8A8FF17" w14:textId="3984072D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budowy przydomowych oczyszczalni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ścieków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(POS)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w ramach PS WPR 2023–2027,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działanie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I.10.10 „Infrastruktura na obszarach wiejskich”</w:t>
      </w:r>
    </w:p>
    <w:p w14:paraId="13CDCB86" w14:textId="0128E5A1" w:rsidR="00F8248B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2FD27BA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97DEDE7" w14:textId="419FB670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Niniejszy formularz stanowi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wstępną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deklaracje uczestnictwa 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współfinansowania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w gminnym projekcie budowy przydomowych oczyszczalni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ścieków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. Dane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posłużą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 weryfikacji formalno-prawnej i technicznej oraz do przygotowania dokumentacji projektowej i wniosku o dofinansowanie, zgodnie z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ogłoszeniem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o naborze.</w:t>
      </w:r>
    </w:p>
    <w:p w14:paraId="2F1C878B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488A40D" w14:textId="13AA80CD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I. Dane wnioskodawcy (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właściciela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/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współwłaściciela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)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106"/>
        <w:gridCol w:w="5245"/>
      </w:tblGrid>
      <w:tr w:rsidR="006A07B6" w:rsidRPr="00C12D50" w14:paraId="0EE2D070" w14:textId="77777777" w:rsidTr="006072CA">
        <w:tc>
          <w:tcPr>
            <w:tcW w:w="4106" w:type="dxa"/>
          </w:tcPr>
          <w:p w14:paraId="390A8EA5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Imie i nazwisko / Nazwa</w:t>
            </w:r>
          </w:p>
        </w:tc>
        <w:tc>
          <w:tcPr>
            <w:tcW w:w="5245" w:type="dxa"/>
          </w:tcPr>
          <w:p w14:paraId="650F1699" w14:textId="46BB55CD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77AD8483" w14:textId="77777777" w:rsidTr="006072CA">
        <w:tc>
          <w:tcPr>
            <w:tcW w:w="4106" w:type="dxa"/>
          </w:tcPr>
          <w:p w14:paraId="2E631EE6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PESEL / NIP</w:t>
            </w:r>
          </w:p>
        </w:tc>
        <w:tc>
          <w:tcPr>
            <w:tcW w:w="5245" w:type="dxa"/>
          </w:tcPr>
          <w:p w14:paraId="2BA5189A" w14:textId="130BF333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2E6C263E" w14:textId="77777777" w:rsidTr="006072CA">
        <w:tc>
          <w:tcPr>
            <w:tcW w:w="4106" w:type="dxa"/>
          </w:tcPr>
          <w:p w14:paraId="56C19B1C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Adres zamieszkania / siedziba</w:t>
            </w:r>
          </w:p>
        </w:tc>
        <w:tc>
          <w:tcPr>
            <w:tcW w:w="5245" w:type="dxa"/>
          </w:tcPr>
          <w:p w14:paraId="5C687562" w14:textId="07314FF7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552CF308" w14:textId="77777777" w:rsidTr="006072CA">
        <w:tc>
          <w:tcPr>
            <w:tcW w:w="4106" w:type="dxa"/>
          </w:tcPr>
          <w:p w14:paraId="0603D2BF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245" w:type="dxa"/>
          </w:tcPr>
          <w:p w14:paraId="5BB8A208" w14:textId="072B0A40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54A35695" w14:textId="77777777" w:rsidTr="006072CA">
        <w:tc>
          <w:tcPr>
            <w:tcW w:w="4106" w:type="dxa"/>
          </w:tcPr>
          <w:p w14:paraId="387469DA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245" w:type="dxa"/>
          </w:tcPr>
          <w:p w14:paraId="650D91E8" w14:textId="35911219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6736DA3A" w14:textId="77777777" w:rsidTr="006072CA">
        <w:tc>
          <w:tcPr>
            <w:tcW w:w="4106" w:type="dxa"/>
          </w:tcPr>
          <w:p w14:paraId="193D8226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Tytul prawny do nieruchomosci</w:t>
            </w:r>
          </w:p>
        </w:tc>
        <w:tc>
          <w:tcPr>
            <w:tcW w:w="5245" w:type="dxa"/>
          </w:tcPr>
          <w:p w14:paraId="4A3E9DC7" w14:textId="4D0E437F" w:rsidR="00CE6156" w:rsidRPr="00C12D50" w:rsidRDefault="00000000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-103688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własność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-1464569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współwłasność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</w:p>
          <w:p w14:paraId="67B6B47C" w14:textId="5B6CFADA" w:rsidR="006A07B6" w:rsidRPr="00C12D50" w:rsidRDefault="00000000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-479082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72CA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użytkowanie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wieczyste 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142584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inny: </w:t>
            </w:r>
          </w:p>
        </w:tc>
      </w:tr>
    </w:tbl>
    <w:p w14:paraId="3E5ED377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6E34163" w14:textId="6ADB8A62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II. Dane 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współwłaściciela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(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jeśli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dotyczy)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106"/>
        <w:gridCol w:w="5245"/>
      </w:tblGrid>
      <w:tr w:rsidR="006A07B6" w:rsidRPr="00C12D50" w14:paraId="5E6B81FD" w14:textId="77777777" w:rsidTr="006072CA">
        <w:tc>
          <w:tcPr>
            <w:tcW w:w="4106" w:type="dxa"/>
          </w:tcPr>
          <w:p w14:paraId="675065E7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Imie i nazwisko</w:t>
            </w:r>
          </w:p>
        </w:tc>
        <w:tc>
          <w:tcPr>
            <w:tcW w:w="5245" w:type="dxa"/>
          </w:tcPr>
          <w:p w14:paraId="12624130" w14:textId="3B522B02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3AEFE560" w14:textId="77777777" w:rsidTr="006072CA">
        <w:tc>
          <w:tcPr>
            <w:tcW w:w="4106" w:type="dxa"/>
          </w:tcPr>
          <w:p w14:paraId="5D669F8D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PESEL</w:t>
            </w:r>
          </w:p>
        </w:tc>
        <w:tc>
          <w:tcPr>
            <w:tcW w:w="5245" w:type="dxa"/>
          </w:tcPr>
          <w:p w14:paraId="4503B97E" w14:textId="52F2A9B2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2F879841" w14:textId="77777777" w:rsidTr="006072CA">
        <w:tc>
          <w:tcPr>
            <w:tcW w:w="4106" w:type="dxa"/>
          </w:tcPr>
          <w:p w14:paraId="203F5C1C" w14:textId="7777777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Telefon / e-mail</w:t>
            </w:r>
          </w:p>
        </w:tc>
        <w:tc>
          <w:tcPr>
            <w:tcW w:w="5245" w:type="dxa"/>
          </w:tcPr>
          <w:p w14:paraId="39BD558B" w14:textId="497F8D40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E8B885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DFBCE63" w14:textId="043A8F1C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III. Lokalizacja i opis </w:t>
      </w:r>
      <w:r w:rsidR="006072CA" w:rsidRPr="00C12D50">
        <w:rPr>
          <w:rFonts w:ascii="Times New Roman" w:hAnsi="Times New Roman" w:cs="Times New Roman"/>
          <w:b/>
          <w:sz w:val="24"/>
          <w:szCs w:val="24"/>
          <w:lang w:val="pl-PL"/>
        </w:rPr>
        <w:t>nieruchomości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106"/>
        <w:gridCol w:w="5245"/>
      </w:tblGrid>
      <w:tr w:rsidR="006A07B6" w:rsidRPr="00C12D50" w14:paraId="551BE97D" w14:textId="77777777" w:rsidTr="006072CA">
        <w:tc>
          <w:tcPr>
            <w:tcW w:w="4106" w:type="dxa"/>
          </w:tcPr>
          <w:p w14:paraId="60298068" w14:textId="7F119B1F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Adres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nieruchomości</w:t>
            </w: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(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miejscowość</w:t>
            </w: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 ulica, nr domu)</w:t>
            </w:r>
          </w:p>
        </w:tc>
        <w:tc>
          <w:tcPr>
            <w:tcW w:w="5245" w:type="dxa"/>
          </w:tcPr>
          <w:p w14:paraId="33300AD2" w14:textId="53D9654B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07B6" w:rsidRPr="00C12D50" w14:paraId="45514B74" w14:textId="77777777" w:rsidTr="006072CA">
        <w:tc>
          <w:tcPr>
            <w:tcW w:w="4106" w:type="dxa"/>
          </w:tcPr>
          <w:p w14:paraId="2AD93A07" w14:textId="15602848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Nr </w:t>
            </w: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ewidencyjny</w:t>
            </w:r>
            <w:proofErr w:type="spellEnd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dzia</w:t>
            </w:r>
            <w:r w:rsidR="00C018E8" w:rsidRPr="00C12D50"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ki</w:t>
            </w:r>
            <w:proofErr w:type="spellEnd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r w:rsidR="00C018E8" w:rsidRPr="00C12D50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</w:p>
        </w:tc>
        <w:tc>
          <w:tcPr>
            <w:tcW w:w="5245" w:type="dxa"/>
          </w:tcPr>
          <w:p w14:paraId="6A93DB4F" w14:textId="5E74B767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B6" w:rsidRPr="00C12D50" w14:paraId="0D8B198A" w14:textId="77777777" w:rsidTr="006072CA">
        <w:tc>
          <w:tcPr>
            <w:tcW w:w="4106" w:type="dxa"/>
          </w:tcPr>
          <w:p w14:paraId="5AC86E3E" w14:textId="7747768F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Nr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księgi</w:t>
            </w: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wieczystej (jesli posiada)</w:t>
            </w:r>
          </w:p>
        </w:tc>
        <w:tc>
          <w:tcPr>
            <w:tcW w:w="5245" w:type="dxa"/>
          </w:tcPr>
          <w:p w14:paraId="563A16D7" w14:textId="013BB960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07B6" w:rsidRPr="00C12D50" w14:paraId="60F7B547" w14:textId="77777777" w:rsidTr="006072CA">
        <w:tc>
          <w:tcPr>
            <w:tcW w:w="4106" w:type="dxa"/>
          </w:tcPr>
          <w:p w14:paraId="2C5F7809" w14:textId="05A0EBD0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Liczba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osób</w:t>
            </w: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 gospodarstwie domowym</w:t>
            </w:r>
          </w:p>
        </w:tc>
        <w:tc>
          <w:tcPr>
            <w:tcW w:w="5245" w:type="dxa"/>
          </w:tcPr>
          <w:p w14:paraId="658CADE2" w14:textId="089A4908" w:rsidR="006A07B6" w:rsidRPr="00C12D50" w:rsidRDefault="006A07B6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07B6" w:rsidRPr="00C12D50" w14:paraId="26764AA7" w14:textId="77777777" w:rsidTr="006072CA">
        <w:tc>
          <w:tcPr>
            <w:tcW w:w="4106" w:type="dxa"/>
          </w:tcPr>
          <w:p w14:paraId="19F26081" w14:textId="61C5050E" w:rsidR="006A07B6" w:rsidRPr="00C12D50" w:rsidRDefault="00D65F1E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Sposób zasilania w wodę (informacyjnie)</w:t>
            </w:r>
          </w:p>
        </w:tc>
        <w:tc>
          <w:tcPr>
            <w:tcW w:w="5245" w:type="dxa"/>
          </w:tcPr>
          <w:p w14:paraId="026CE412" w14:textId="3B7388E9" w:rsidR="006A07B6" w:rsidRPr="00C12D50" w:rsidRDefault="00000000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1916504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wodociąg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2022201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018E8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studnia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193031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018E8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oba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-784576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615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E615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nie dotyczy</w:t>
            </w:r>
          </w:p>
        </w:tc>
      </w:tr>
      <w:tr w:rsidR="006A07B6" w:rsidRPr="00C12D50" w14:paraId="54BB82FD" w14:textId="77777777" w:rsidTr="006072CA">
        <w:tc>
          <w:tcPr>
            <w:tcW w:w="4106" w:type="dxa"/>
          </w:tcPr>
          <w:p w14:paraId="231AA06B" w14:textId="31C24087" w:rsidR="006A07B6" w:rsidRPr="00C12D50" w:rsidRDefault="00F8248B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Istniej</w:t>
            </w:r>
            <w:r w:rsidR="00C018E8" w:rsidRPr="00C12D50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cy</w:t>
            </w:r>
            <w:proofErr w:type="spellEnd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spos</w:t>
            </w:r>
            <w:r w:rsidR="00D65F1E" w:rsidRPr="00C12D50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>zagospodarowania</w:t>
            </w:r>
            <w:proofErr w:type="spellEnd"/>
            <w:r w:rsidRPr="00C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5F1E" w:rsidRPr="00C12D50">
              <w:rPr>
                <w:rFonts w:ascii="Times New Roman" w:hAnsi="Times New Roman" w:cs="Times New Roman"/>
                <w:sz w:val="24"/>
                <w:szCs w:val="24"/>
              </w:rPr>
              <w:t>ścieków</w:t>
            </w:r>
            <w:proofErr w:type="spellEnd"/>
          </w:p>
        </w:tc>
        <w:tc>
          <w:tcPr>
            <w:tcW w:w="5245" w:type="dxa"/>
          </w:tcPr>
          <w:p w14:paraId="4F88F8BE" w14:textId="02A3DD71" w:rsidR="006A07B6" w:rsidRPr="00C12D50" w:rsidRDefault="00000000" w:rsidP="00D65F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-989864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24F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224F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b</w:t>
            </w:r>
            <w:r w:rsidR="00C018E8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ezodpływowy zbiornik</w:t>
            </w:r>
            <w:r w:rsidR="00C224F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159920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224F6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224F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C018E8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brak</w:t>
            </w:r>
            <w:r w:rsidR="00C224F6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pl-PL"/>
                </w:rPr>
                <w:id w:val="1976333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18E8" w:rsidRPr="00C12D50">
                  <w:rPr>
                    <w:rFonts w:ascii="Segoe UI Symbol" w:eastAsia="MS Gothic" w:hAnsi="Segoe UI Symbol" w:cs="Segoe UI Symbol"/>
                    <w:sz w:val="24"/>
                    <w:szCs w:val="24"/>
                    <w:lang w:val="pl-PL"/>
                  </w:rPr>
                  <w:t>☐</w:t>
                </w:r>
              </w:sdtContent>
            </w:sdt>
            <w:r w:rsidR="00C018E8" w:rsidRPr="00C12D5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inne: ..................</w:t>
            </w:r>
          </w:p>
        </w:tc>
      </w:tr>
    </w:tbl>
    <w:p w14:paraId="389D0851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27A1D57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3909D27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D118449" w14:textId="77777777" w:rsidR="006072CA" w:rsidRPr="00C12D50" w:rsidRDefault="006072CA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B0488BE" w14:textId="77777777" w:rsidR="00C224F6" w:rsidRPr="00C12D50" w:rsidRDefault="00C224F6" w:rsidP="00D65F1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B54CE2F" w14:textId="33638C7E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IV. 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Oświadczenie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wnioskodawcy (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proszę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b/>
          <w:sz w:val="24"/>
          <w:szCs w:val="24"/>
          <w:lang w:val="pl-PL"/>
        </w:rPr>
        <w:t>zaznaczyć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)</w:t>
      </w:r>
    </w:p>
    <w:p w14:paraId="6E952F0D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F76DB34" w14:textId="5E0DCD0B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-62415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Deklaruje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chęć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udziału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w projekcie budowy przydomowej oczyszczalni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ścieków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na terenie Gminy.</w:t>
      </w:r>
    </w:p>
    <w:p w14:paraId="0DC45D18" w14:textId="3F2EDDD3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205921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Przyjmuje do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wiadomości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, ze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złożenie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deklaracji nie gwarantuje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udziału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w projekcie ani uzyskania dofinansowania; projekt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będzie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realizowany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wyłącznie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w przypadku uzyskania przez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Gminę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dofinansowania.</w:t>
      </w:r>
    </w:p>
    <w:p w14:paraId="4134174B" w14:textId="00329308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1180544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Mam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świadomość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, ze wnioskodawca i realizatorem (inwestorem) projektu w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całości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będzie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Gmina, a dokumentacje i realizacje przeprowadzi wykonawca wybrany w trybie przetargu.</w:t>
      </w:r>
    </w:p>
    <w:p w14:paraId="066E6D38" w14:textId="593D2639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1984039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Nieruchomość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jest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położona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poza obszarem aglomeracji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ściekowej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zdefiniowanej w KPOSK oraz na terenie, gdzie brak jest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możliwości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budowy kanalizacji sanitarnej lub Gmina nie planuje rozbudowy w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najbliższych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5 latach.</w:t>
      </w:r>
    </w:p>
    <w:p w14:paraId="5560B012" w14:textId="6D29B608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557052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Uprzedzony/a o orientacyjnym koszcie jednostkowym 30 000,00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zł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brutto, deklaruje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wkład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własny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wysokości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23DBA" w:rsidRPr="00C12D50">
        <w:rPr>
          <w:rFonts w:ascii="Times New Roman" w:hAnsi="Times New Roman" w:cs="Times New Roman"/>
          <w:sz w:val="24"/>
          <w:szCs w:val="24"/>
          <w:highlight w:val="yellow"/>
          <w:lang w:val="pl-PL"/>
        </w:rPr>
        <w:t xml:space="preserve">do </w:t>
      </w:r>
      <w:r w:rsidR="00C018E8" w:rsidRPr="00C12D50">
        <w:rPr>
          <w:rFonts w:ascii="Times New Roman" w:hAnsi="Times New Roman" w:cs="Times New Roman"/>
          <w:sz w:val="24"/>
          <w:szCs w:val="24"/>
          <w:highlight w:val="yellow"/>
          <w:lang w:val="pl-PL"/>
        </w:rPr>
        <w:t xml:space="preserve">25% </w:t>
      </w:r>
      <w:r w:rsidR="00D65F1E" w:rsidRPr="00C12D50">
        <w:rPr>
          <w:rFonts w:ascii="Times New Roman" w:hAnsi="Times New Roman" w:cs="Times New Roman"/>
          <w:sz w:val="24"/>
          <w:szCs w:val="24"/>
          <w:highlight w:val="yellow"/>
          <w:lang w:val="pl-PL"/>
        </w:rPr>
        <w:t>kosztów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kwalifikowanych; ostateczny koszt zostanie ustalony po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rozstrzygnięciu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przetargu.</w:t>
      </w:r>
    </w:p>
    <w:p w14:paraId="794F7B40" w14:textId="4DEBB8E3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-937060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Wyrażam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zgodę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na przeprowadzenie wizji lokalnej, badan geotechnicznych oraz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czynności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niezbędnych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 oceny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zgodności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z warunkami technicznymi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przyjęcia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i lokalizacji instalacji.</w:t>
      </w:r>
    </w:p>
    <w:p w14:paraId="793848D9" w14:textId="3B990256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-17520394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Zobowiązuję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 eksploatacji i konserwacji instalacji zgodnie z instrukcja producenta i przepisami, w tym do ponoszenia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kosztów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eksploatacyjnych (energia,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wywóz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osadów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przeglądy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14:paraId="2C639E66" w14:textId="1808A15A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-9639594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Oświadczam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, ze na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dzień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składania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deklaracji posiadam uregulowany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tytuł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prawny do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nieruchomości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oraz ze dane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są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zgodne z prawd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ą</w:t>
      </w:r>
    </w:p>
    <w:p w14:paraId="04C08C32" w14:textId="5B304A6E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1150935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Wyrażam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zgodę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na kontakt telefoniczny i/lub e-mail w sprawach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związanych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z projektem (dobrowolne,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możliwe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cofnięcia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14:paraId="46064CDD" w14:textId="5352E65E" w:rsidR="006A07B6" w:rsidRPr="00C12D50" w:rsidRDefault="0000000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sdt>
        <w:sdtPr>
          <w:rPr>
            <w:rFonts w:ascii="Times New Roman" w:hAnsi="Times New Roman" w:cs="Times New Roman"/>
            <w:b/>
            <w:sz w:val="24"/>
            <w:szCs w:val="24"/>
            <w:lang w:val="pl-PL"/>
          </w:rPr>
          <w:id w:val="197673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18E8" w:rsidRPr="00C12D50">
            <w:rPr>
              <w:rFonts w:ascii="Segoe UI Symbol" w:eastAsia="MS Gothic" w:hAnsi="Segoe UI Symbol" w:cs="Segoe UI Symbol"/>
              <w:b/>
              <w:sz w:val="24"/>
              <w:szCs w:val="24"/>
              <w:lang w:val="pl-PL"/>
            </w:rPr>
            <w:t>☐</w:t>
          </w:r>
        </w:sdtContent>
      </w:sdt>
      <w:r w:rsidR="00C018E8"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W przypadku zakwalifikowania projektu do realizacji wyrażam zgodę o udostępnienie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nieruchomości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na potrzeby realizacji projektu (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wejście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na teren, lokalizacja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urządzeń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, prowadzenie robot,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nadzór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i odbiory) oraz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zobowiązuje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do utrzymania przedmiotowej operacji (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efektów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projektu) przez okres 5 lat od </w:t>
      </w:r>
      <w:r w:rsidR="00D65F1E" w:rsidRPr="00C12D50">
        <w:rPr>
          <w:rFonts w:ascii="Times New Roman" w:hAnsi="Times New Roman" w:cs="Times New Roman"/>
          <w:sz w:val="24"/>
          <w:szCs w:val="24"/>
          <w:lang w:val="pl-PL"/>
        </w:rPr>
        <w:t>zakończenia</w:t>
      </w:r>
      <w:r w:rsidR="00C018E8"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realizacji, zgodnie z zasadami programu.</w:t>
      </w:r>
    </w:p>
    <w:p w14:paraId="7ABF98FE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235D38E5" w14:textId="77777777" w:rsidR="006A07B6" w:rsidRPr="00C12D50" w:rsidRDefault="00F8248B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>V. Zgody RODO i informacja o przetwarzaniu danych</w:t>
      </w:r>
    </w:p>
    <w:p w14:paraId="4A5C5CF7" w14:textId="2FF31A32" w:rsidR="006A07B6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Wyrażam zgodę na przetwarzanie moich danych osobowych w zakresie niezbędnym do przeprowadzenia naboru, weryfikacji, przygotowania dokumentacji, zawarcia ewentualnej umowy i realizacji projektu. Zostałem/am poinformowany/a o prawach wynikających z RODO oraz o administratorze danych i IOD.</w:t>
      </w:r>
    </w:p>
    <w:p w14:paraId="56EFEB1B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27C69ED" w14:textId="77777777" w:rsidR="006072CA" w:rsidRPr="00C12D50" w:rsidRDefault="006072CA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F988DC8" w14:textId="77777777" w:rsidR="006072CA" w:rsidRPr="00C12D50" w:rsidRDefault="006072CA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8FF49C1" w14:textId="4D1EE684" w:rsidR="00D65F1E" w:rsidRPr="00C12D50" w:rsidRDefault="00C12D5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</w:t>
      </w:r>
    </w:p>
    <w:p w14:paraId="2E972DC0" w14:textId="2E90EC07" w:rsidR="00F8248B" w:rsidRPr="00C12D50" w:rsidRDefault="00D65F1E" w:rsidP="00C018E8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Czytelny podpis Wnioskodawcy / Współwłaściciela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  <w:t>Miejscowość, data</w:t>
      </w:r>
    </w:p>
    <w:p w14:paraId="21BFC85B" w14:textId="178C2BF9" w:rsidR="006072CA" w:rsidRPr="00C12D50" w:rsidRDefault="006072CA" w:rsidP="00C018E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VI. Oświadczenie wnioskodawcy</w:t>
      </w:r>
    </w:p>
    <w:p w14:paraId="4EE0C986" w14:textId="77777777" w:rsidR="006072CA" w:rsidRPr="00C12D50" w:rsidRDefault="006072CA" w:rsidP="00C018E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tbl>
      <w:tblPr>
        <w:tblStyle w:val="Tabela-Siatka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018E8" w:rsidRPr="00C12D50" w14:paraId="0EFC90E2" w14:textId="77777777" w:rsidTr="006072CA">
        <w:tc>
          <w:tcPr>
            <w:tcW w:w="9351" w:type="dxa"/>
            <w:tcBorders>
              <w:bottom w:val="single" w:sz="4" w:space="0" w:color="auto"/>
            </w:tcBorders>
          </w:tcPr>
          <w:p w14:paraId="3B401D57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25B26661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67C25B3C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26330968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</w:tr>
      <w:tr w:rsidR="00C018E8" w:rsidRPr="00C12D50" w14:paraId="100572DF" w14:textId="77777777" w:rsidTr="006072CA">
        <w:tc>
          <w:tcPr>
            <w:tcW w:w="9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4EE720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 xml:space="preserve">(imię i nazwisko, adres, PESEL albo nazwa, adres siedziby, NIP, REGON) </w:t>
            </w:r>
          </w:p>
        </w:tc>
      </w:tr>
    </w:tbl>
    <w:p w14:paraId="3C1489FD" w14:textId="12A8371A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</w:t>
      </w:r>
    </w:p>
    <w:p w14:paraId="7AFE727E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                   </w:t>
      </w:r>
    </w:p>
    <w:p w14:paraId="2A32D22C" w14:textId="495B350A" w:rsidR="00C018E8" w:rsidRPr="00C12D50" w:rsidRDefault="00C018E8" w:rsidP="006072CA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pl-PL"/>
          <w14:ligatures w14:val="standardContextual"/>
        </w:rPr>
        <w:t>Oświadczenie</w:t>
      </w:r>
    </w:p>
    <w:p w14:paraId="7AB5BAFF" w14:textId="77777777" w:rsidR="00C018E8" w:rsidRPr="00C12D50" w:rsidRDefault="00C018E8" w:rsidP="006072CA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val="pl-PL"/>
          <w14:ligatures w14:val="standardContextual"/>
        </w:rPr>
        <w:t>właściciela lub współwłaściciela nieruchomości, że wyraża zgodę na realizację operacji bezpośrednio związanej z nieruchomością, jeżeli operacja realizowana jest na nieruchomości będącej w posiadaniu zależnym lub będącej przedmiotem współwłasności.</w:t>
      </w:r>
    </w:p>
    <w:p w14:paraId="28D3C0C0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                   </w:t>
      </w:r>
    </w:p>
    <w:p w14:paraId="5E963FD1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                   </w:t>
      </w:r>
    </w:p>
    <w:p w14:paraId="451B2C5D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Będąc właścicielem / współwłaścicielem* nieruchomości zlokalizowanej:    </w:t>
      </w:r>
    </w:p>
    <w:tbl>
      <w:tblPr>
        <w:tblStyle w:val="Tabela-Siatka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018E8" w:rsidRPr="00C12D50" w14:paraId="3941CC81" w14:textId="77777777" w:rsidTr="006072CA">
        <w:tc>
          <w:tcPr>
            <w:tcW w:w="9351" w:type="dxa"/>
            <w:tcBorders>
              <w:bottom w:val="single" w:sz="4" w:space="0" w:color="auto"/>
            </w:tcBorders>
          </w:tcPr>
          <w:p w14:paraId="3E81B3CB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10DB3B94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45896585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43088778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</w:tr>
      <w:tr w:rsidR="00C018E8" w:rsidRPr="00C12D50" w14:paraId="75E6B01B" w14:textId="77777777" w:rsidTr="006072CA">
        <w:tc>
          <w:tcPr>
            <w:tcW w:w="9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4F3666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 xml:space="preserve">(adres nieruchomości i nr działki /działek)                 </w:t>
            </w:r>
          </w:p>
        </w:tc>
      </w:tr>
    </w:tbl>
    <w:p w14:paraId="2DFEFFD5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                  </w:t>
      </w:r>
    </w:p>
    <w:p w14:paraId="2AA96A51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oświadczam, iż wyrażam zgodę na realizację przez:            </w:t>
      </w:r>
    </w:p>
    <w:tbl>
      <w:tblPr>
        <w:tblStyle w:val="Tabela-Siatka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018E8" w:rsidRPr="00C12D50" w14:paraId="3DF9E23B" w14:textId="77777777" w:rsidTr="006072CA">
        <w:tc>
          <w:tcPr>
            <w:tcW w:w="9351" w:type="dxa"/>
            <w:tcBorders>
              <w:bottom w:val="single" w:sz="4" w:space="0" w:color="auto"/>
            </w:tcBorders>
          </w:tcPr>
          <w:p w14:paraId="7BC3F721" w14:textId="77777777" w:rsidR="00FC7D78" w:rsidRPr="00C12D50" w:rsidRDefault="00C018E8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</w:rPr>
              <w:t xml:space="preserve">GMINĘ </w:t>
            </w:r>
            <w:r w:rsidR="00FC7D78" w:rsidRPr="00C12D50">
              <w:rPr>
                <w:rFonts w:ascii="Times New Roman" w:hAnsi="Times New Roman" w:cs="Times New Roman"/>
              </w:rPr>
              <w:t xml:space="preserve"> MROCZA </w:t>
            </w:r>
          </w:p>
          <w:p w14:paraId="40607A65" w14:textId="2DC1B831" w:rsidR="00C018E8" w:rsidRPr="00C12D50" w:rsidRDefault="00FC7D78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</w:rPr>
              <w:t>Plac 1 Maja 20</w:t>
            </w:r>
          </w:p>
          <w:p w14:paraId="3D4A07B9" w14:textId="06D12C96" w:rsidR="00FC7D78" w:rsidRPr="00C12D50" w:rsidRDefault="00FC7D78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</w:rPr>
              <w:t>89-115 Mrocza</w:t>
            </w:r>
          </w:p>
          <w:p w14:paraId="3A287AC0" w14:textId="232BC7D7" w:rsidR="006072CA" w:rsidRPr="00C12D50" w:rsidRDefault="004B0543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  <w:b/>
                <w:bCs/>
              </w:rPr>
              <w:t>NIP: 558-176-68-63</w:t>
            </w:r>
            <w:r w:rsidRPr="00C12D50">
              <w:rPr>
                <w:rFonts w:ascii="Times New Roman" w:hAnsi="Times New Roman" w:cs="Times New Roman"/>
                <w:b/>
                <w:bCs/>
              </w:rPr>
              <w:br/>
              <w:t>Regon: 092350889</w:t>
            </w:r>
          </w:p>
        </w:tc>
      </w:tr>
      <w:tr w:rsidR="00C018E8" w:rsidRPr="00C12D50" w14:paraId="6AB5EBD8" w14:textId="77777777" w:rsidTr="006072CA">
        <w:tc>
          <w:tcPr>
            <w:tcW w:w="9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68BA0A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>(nazwa, adres siedziby, NIP, REGON)</w:t>
            </w:r>
          </w:p>
        </w:tc>
      </w:tr>
    </w:tbl>
    <w:p w14:paraId="6025B1FB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                                                                                  </w:t>
      </w:r>
    </w:p>
    <w:p w14:paraId="2129D555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operacji bezpośrednio związanej z ww. nieruchomością polegającej na:      </w:t>
      </w:r>
    </w:p>
    <w:tbl>
      <w:tblPr>
        <w:tblStyle w:val="Tabela-Siatka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018E8" w:rsidRPr="00C12D50" w14:paraId="102E17D6" w14:textId="77777777" w:rsidTr="006072CA">
        <w:tc>
          <w:tcPr>
            <w:tcW w:w="9351" w:type="dxa"/>
            <w:tcBorders>
              <w:bottom w:val="single" w:sz="4" w:space="0" w:color="auto"/>
            </w:tcBorders>
          </w:tcPr>
          <w:p w14:paraId="624B1E79" w14:textId="77777777" w:rsidR="000645A1" w:rsidRPr="00C12D50" w:rsidRDefault="00C018E8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</w:rPr>
              <w:t>dostawie i montażu przydomowej oczyszczalni ścieków oraz rozruchu technologicznym</w:t>
            </w:r>
          </w:p>
          <w:p w14:paraId="5CE9EDFA" w14:textId="62CCB510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  <w:r w:rsidRPr="00C12D50">
              <w:rPr>
                <w:rFonts w:ascii="Times New Roman" w:hAnsi="Times New Roman" w:cs="Times New Roman"/>
              </w:rPr>
              <w:t xml:space="preserve"> </w:t>
            </w:r>
          </w:p>
          <w:p w14:paraId="6FF11E8E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</w:tr>
      <w:tr w:rsidR="00C018E8" w:rsidRPr="00C12D50" w14:paraId="07093042" w14:textId="77777777" w:rsidTr="006072CA">
        <w:tc>
          <w:tcPr>
            <w:tcW w:w="9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553619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 xml:space="preserve">(zakres operacji)                           </w:t>
            </w:r>
          </w:p>
        </w:tc>
      </w:tr>
    </w:tbl>
    <w:p w14:paraId="18CE9185" w14:textId="66B404DF" w:rsidR="00F8248B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</w:t>
      </w:r>
    </w:p>
    <w:p w14:paraId="068CF8EC" w14:textId="620FF248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               </w:t>
      </w:r>
    </w:p>
    <w:p w14:paraId="693617E6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  <w:r w:rsidRPr="00C12D50"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  <w:t xml:space="preserve">Jednocześnie wyrażam zgodę na utrzymanie przedmiotowej operacji w okresie 5 lat od dnia wypłaty płatności końcowej. </w:t>
      </w:r>
    </w:p>
    <w:p w14:paraId="5B3FCC29" w14:textId="77777777" w:rsidR="00C018E8" w:rsidRPr="00C12D50" w:rsidRDefault="00C018E8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</w:p>
    <w:tbl>
      <w:tblPr>
        <w:tblStyle w:val="Tabela-Siatka1"/>
        <w:tblW w:w="9351" w:type="dxa"/>
        <w:tblLook w:val="04A0" w:firstRow="1" w:lastRow="0" w:firstColumn="1" w:lastColumn="0" w:noHBand="0" w:noVBand="1"/>
      </w:tblPr>
      <w:tblGrid>
        <w:gridCol w:w="3005"/>
        <w:gridCol w:w="1101"/>
        <w:gridCol w:w="5245"/>
      </w:tblGrid>
      <w:tr w:rsidR="00C018E8" w:rsidRPr="00C12D50" w14:paraId="37F42FC0" w14:textId="77777777" w:rsidTr="006072CA">
        <w:tc>
          <w:tcPr>
            <w:tcW w:w="3005" w:type="dxa"/>
            <w:tcBorders>
              <w:bottom w:val="single" w:sz="4" w:space="0" w:color="auto"/>
              <w:right w:val="single" w:sz="4" w:space="0" w:color="auto"/>
            </w:tcBorders>
          </w:tcPr>
          <w:p w14:paraId="3A13DAD1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  <w:p w14:paraId="26BE578C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31649B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</w:tcBorders>
          </w:tcPr>
          <w:p w14:paraId="54ED8AD7" w14:textId="77777777" w:rsidR="00C018E8" w:rsidRPr="00C12D50" w:rsidRDefault="00C018E8" w:rsidP="006072CA">
            <w:pPr>
              <w:rPr>
                <w:rFonts w:ascii="Times New Roman" w:hAnsi="Times New Roman" w:cs="Times New Roman"/>
              </w:rPr>
            </w:pPr>
          </w:p>
        </w:tc>
      </w:tr>
      <w:tr w:rsidR="00C018E8" w:rsidRPr="00C12D50" w14:paraId="43A9F89B" w14:textId="77777777" w:rsidTr="006072CA"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D8A3D4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 xml:space="preserve">(miejscowość i data)         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14:paraId="6B11D601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4BC3F9" w14:textId="77777777" w:rsidR="00C018E8" w:rsidRPr="00C12D50" w:rsidRDefault="00C018E8" w:rsidP="006072CA">
            <w:pPr>
              <w:rPr>
                <w:rFonts w:ascii="Times New Roman" w:hAnsi="Times New Roman" w:cs="Times New Roman"/>
                <w:i/>
                <w:iCs/>
              </w:rPr>
            </w:pPr>
            <w:r w:rsidRPr="00C12D50">
              <w:rPr>
                <w:rFonts w:ascii="Times New Roman" w:hAnsi="Times New Roman" w:cs="Times New Roman"/>
                <w:i/>
                <w:iCs/>
              </w:rPr>
              <w:t xml:space="preserve">(czytelny podpis właściciela/ współwłaściciela* albo osoby/osób reprezentujących właściciela / współwłaściciela* nieruchomości)                                 </w:t>
            </w:r>
          </w:p>
        </w:tc>
      </w:tr>
    </w:tbl>
    <w:p w14:paraId="0E4A5C2D" w14:textId="77777777" w:rsidR="007D0927" w:rsidRDefault="007D0927" w:rsidP="006072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0097E202" w14:textId="619E3B00" w:rsidR="006A07B6" w:rsidRPr="00C12D50" w:rsidRDefault="00F8248B" w:rsidP="006072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lastRenderedPageBreak/>
        <w:t>VI</w:t>
      </w:r>
      <w:r w:rsidR="006072CA" w:rsidRPr="00C12D50">
        <w:rPr>
          <w:rFonts w:ascii="Times New Roman" w:hAnsi="Times New Roman" w:cs="Times New Roman"/>
          <w:b/>
          <w:sz w:val="24"/>
          <w:szCs w:val="24"/>
          <w:lang w:val="pl-PL"/>
        </w:rPr>
        <w:t>I</w:t>
      </w: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. Klauzula informacyjna RODO </w:t>
      </w:r>
    </w:p>
    <w:p w14:paraId="66B123B5" w14:textId="77777777" w:rsidR="00F8248B" w:rsidRPr="00C12D50" w:rsidRDefault="00F8248B" w:rsidP="006072CA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:lang w:val="pl-PL"/>
          <w14:ligatures w14:val="standardContextual"/>
        </w:rPr>
      </w:pPr>
    </w:p>
    <w:p w14:paraId="7CD62079" w14:textId="77777777" w:rsidR="00F8248B" w:rsidRPr="00C12D50" w:rsidRDefault="00F8248B" w:rsidP="00F8248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kern w:val="3"/>
          <w:sz w:val="24"/>
          <w:szCs w:val="24"/>
          <w:lang w:val="pl-PL" w:eastAsia="zh-CN"/>
        </w:rPr>
      </w:pPr>
      <w:r w:rsidRPr="00C12D50">
        <w:rPr>
          <w:rFonts w:ascii="Times New Roman" w:eastAsia="Times New Roman" w:hAnsi="Times New Roman" w:cs="Times New Roman"/>
          <w:b/>
          <w:bCs/>
          <w:color w:val="00000A"/>
          <w:kern w:val="3"/>
          <w:sz w:val="24"/>
          <w:szCs w:val="24"/>
          <w:lang w:val="pl-PL" w:eastAsia="zh-CN"/>
        </w:rPr>
        <w:t>Obowiązek informacyjny</w:t>
      </w:r>
    </w:p>
    <w:p w14:paraId="3DA8AC22" w14:textId="77777777" w:rsidR="00F8248B" w:rsidRPr="00C12D50" w:rsidRDefault="00F8248B" w:rsidP="00F824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</w:p>
    <w:p w14:paraId="0AE056AB" w14:textId="77777777" w:rsidR="00F8248B" w:rsidRPr="00C12D50" w:rsidRDefault="00F8248B" w:rsidP="00F824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B698814" w14:textId="77777777" w:rsidR="00F8248B" w:rsidRPr="00C12D50" w:rsidRDefault="00F8248B" w:rsidP="00F824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A965CAD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danych osobowych Burmistrz Miasta i Gminy Mrocza</w:t>
      </w: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br/>
        <w:t>(adres: 89-115 Mrocza, Plac 1 Maja 20, tel. 52 386 74 10, e-mail: urzad@mrocza.pl).</w:t>
      </w:r>
    </w:p>
    <w:p w14:paraId="11E12AE1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iod@mrocza.pl. lub pisemnie na adres Administratora.</w:t>
      </w:r>
    </w:p>
    <w:p w14:paraId="1DA894CB" w14:textId="04BA567E" w:rsidR="00F8248B" w:rsidRPr="00C12D50" w:rsidRDefault="00F8248B" w:rsidP="00C12D50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b/>
          <w:sz w:val="24"/>
          <w:szCs w:val="24"/>
          <w:lang w:val="pl-PL"/>
        </w:rPr>
        <w:t xml:space="preserve">Odbiorcy danych: 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>Instytucje uczestniczące w realizacji i kontroli programu, wykonawca wybrany w przetargu, dostawcy usług IT – wyłącznie w niezbędnym zakresie i na podstawie umów powierzenia.</w:t>
      </w:r>
    </w:p>
    <w:p w14:paraId="3B7B53CD" w14:textId="28EAA752" w:rsidR="00F8248B" w:rsidRPr="00C12D50" w:rsidRDefault="00F8248B" w:rsidP="00C12D50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Dane przetwarzane są w celu przeprowadzenia naboru, weryfikacji formalno-prawnej i technicznej, przygotowania dokumentacji projektowej, zawarcia i realizacji umowy, rozliczenia i archiwizacji projektu budowy POS. Podstawy prawne: art. 6 ust. 1 lit. c RODO (obowiązek prawny), art. 6 ust. 1 lit. e RODO (zadanie w interesie publicznym), art. 6 ust. 1 lit. b RODO (wykonanie umowy – po jej zawarciu), a w zakresie dobrowolnych form kontaktu – art. 6 ust. 1 lit. a RODO (zgoda).</w:t>
      </w:r>
    </w:p>
    <w:p w14:paraId="48F3A390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Podstawą 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legalizującą przetwarzanie Państwa danych osobowych jest art. 6 ust. 1 lit. c) RODO, tj. gdyż jest to niezbędne do wypełnienia obowiązku prawnego ciążącego na Administratorze, </w:t>
      </w: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zw. z 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art.</w:t>
      </w: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97 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>ustawy z dnia 21 sierpnia 1997 r. o gospodarce nieruchomościami (t. j. Dz. U. z 2024 r., poz. 1145 z późn. zm.).</w:t>
      </w:r>
    </w:p>
    <w:p w14:paraId="45D69E2F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przez okres niezbędny do realizacji celu, o którym mowa w pkt. 3 z uwzględnieniem okresów przechowywania określonych w przepisach szczególnych, w tym przepisów archiwalnych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bezterminowo. </w:t>
      </w:r>
    </w:p>
    <w:p w14:paraId="557F46DE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0ECE8BAB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osobowych nie będą przekazywane poza Europejski Obszar Gospodarczy (obejmujący Unię Europejską, Norwegię, Liechtenstein i Islandię).</w:t>
      </w:r>
    </w:p>
    <w:p w14:paraId="24D0CA82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78F59738" w14:textId="77777777" w:rsidR="00F8248B" w:rsidRPr="00C12D50" w:rsidRDefault="00F8248B" w:rsidP="00F8248B">
      <w:pPr>
        <w:numPr>
          <w:ilvl w:val="0"/>
          <w:numId w:val="13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>prawo dostępu do swoich danych oraz otrzymania ich kopii</w:t>
      </w: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;</w:t>
      </w:r>
    </w:p>
    <w:p w14:paraId="00B72FD1" w14:textId="77777777" w:rsidR="00F8248B" w:rsidRPr="00C12D50" w:rsidRDefault="00F8248B" w:rsidP="00F8248B">
      <w:pPr>
        <w:numPr>
          <w:ilvl w:val="0"/>
          <w:numId w:val="13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</w:t>
      </w:r>
      <w:r w:rsidRPr="00C12D50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0EB20AC5" w14:textId="77777777" w:rsidR="00F8248B" w:rsidRPr="00C12D50" w:rsidRDefault="00F8248B" w:rsidP="00F8248B">
      <w:pPr>
        <w:numPr>
          <w:ilvl w:val="0"/>
          <w:numId w:val="13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5F53D0A0" w14:textId="77777777" w:rsidR="00F8248B" w:rsidRPr="00C12D50" w:rsidRDefault="00F8248B" w:rsidP="00F8248B">
      <w:pPr>
        <w:numPr>
          <w:ilvl w:val="0"/>
          <w:numId w:val="13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usunięcia danych w przypadkach określonych w przepisach RODO;</w:t>
      </w:r>
    </w:p>
    <w:p w14:paraId="2D778426" w14:textId="77777777" w:rsidR="00F8248B" w:rsidRPr="00C12D50" w:rsidRDefault="00F8248B" w:rsidP="00F8248B">
      <w:pPr>
        <w:numPr>
          <w:ilvl w:val="0"/>
          <w:numId w:val="13"/>
        </w:numPr>
        <w:suppressAutoHyphens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lastRenderedPageBreak/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5D1564E5" w14:textId="77777777" w:rsidR="00F8248B" w:rsidRPr="00C12D50" w:rsidRDefault="00F8248B" w:rsidP="00F8248B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</w:p>
    <w:p w14:paraId="18CC7CC9" w14:textId="77777777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bookmarkStart w:id="0" w:name="_gjdgxs"/>
      <w:bookmarkEnd w:id="0"/>
      <w:r w:rsidRPr="00C12D5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20538E3D" w14:textId="31440D93" w:rsidR="00F8248B" w:rsidRPr="00C12D50" w:rsidRDefault="00F8248B" w:rsidP="00F8248B">
      <w:pPr>
        <w:numPr>
          <w:ilvl w:val="1"/>
          <w:numId w:val="12"/>
        </w:num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Państwa dane mogą zostać przekazane podmiotom zewnętrznym na podstawie umowy powierzenia przetwarzania danych osobowych, 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 xml:space="preserve">Instytucją uczestniczącym w realizacji i kontroli programu, wykonawcy wybranemu w przetargu, dostawcy usług IT 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a także m.in. </w:t>
      </w:r>
      <w:r w:rsidRPr="00C12D5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pl-PL"/>
        </w:rPr>
        <w:t>usługodawcom wykonującym usługi serwisu systemów informatycznych lub doradztwa prawnego,</w:t>
      </w:r>
      <w:r w:rsidRPr="00C12D5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jak również podmiotom lub organom uprawnionym na podstawie przepisów prawa.</w:t>
      </w:r>
    </w:p>
    <w:p w14:paraId="5DF30B26" w14:textId="77777777" w:rsidR="00F8248B" w:rsidRPr="00C12D50" w:rsidRDefault="00F8248B" w:rsidP="00F8248B">
      <w:pPr>
        <w:suppressAutoHyphens/>
        <w:spacing w:after="16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14:paraId="6171F4BC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9D418F0" w14:textId="4828D4A1" w:rsidR="006A07B6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Oświadczam, że zapoznałem/am się z treścią Klauzuli informacyjnej RODO.</w:t>
      </w:r>
    </w:p>
    <w:p w14:paraId="49EAAA51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AA09E15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BB0761C" w14:textId="77777777" w:rsidR="00D65F1E" w:rsidRPr="00C12D50" w:rsidRDefault="00D65F1E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8B0D768" w14:textId="6A253369" w:rsidR="00D65F1E" w:rsidRPr="00C12D50" w:rsidRDefault="00D65F1E" w:rsidP="00D65F1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Podpis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  <w:t>Miejscowość, data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</w:tblGrid>
      <w:tr w:rsidR="00D65F1E" w:rsidRPr="00C12D50" w14:paraId="66355A7D" w14:textId="77777777">
        <w:tc>
          <w:tcPr>
            <w:tcW w:w="4320" w:type="dxa"/>
          </w:tcPr>
          <w:p w14:paraId="38CDA5E0" w14:textId="16F5E7BB" w:rsidR="00D65F1E" w:rsidRPr="00C12D50" w:rsidRDefault="00D65F1E" w:rsidP="00D65F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14:paraId="5B311214" w14:textId="18334954" w:rsidR="006A07B6" w:rsidRPr="00C12D50" w:rsidRDefault="006A07B6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0749C8A" w14:textId="498CA4DA" w:rsidR="00C12D50" w:rsidRPr="00C12D50" w:rsidRDefault="00C12D50" w:rsidP="00D65F1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12D50">
        <w:rPr>
          <w:rFonts w:ascii="Times New Roman" w:hAnsi="Times New Roman" w:cs="Times New Roman"/>
          <w:sz w:val="24"/>
          <w:szCs w:val="24"/>
          <w:lang w:val="pl-PL"/>
        </w:rPr>
        <w:t>………………………………….</w:t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12D50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</w:t>
      </w:r>
    </w:p>
    <w:sectPr w:rsidR="00C12D50" w:rsidRPr="00C12D50" w:rsidSect="00C01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E035F"/>
    <w:multiLevelType w:val="hybridMultilevel"/>
    <w:tmpl w:val="E33E63A8"/>
    <w:lvl w:ilvl="0" w:tplc="5B72B63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41AA6"/>
    <w:multiLevelType w:val="hybridMultilevel"/>
    <w:tmpl w:val="1702F3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424918">
    <w:abstractNumId w:val="8"/>
  </w:num>
  <w:num w:numId="2" w16cid:durableId="2132702583">
    <w:abstractNumId w:val="6"/>
  </w:num>
  <w:num w:numId="3" w16cid:durableId="1354572446">
    <w:abstractNumId w:val="5"/>
  </w:num>
  <w:num w:numId="4" w16cid:durableId="1852259498">
    <w:abstractNumId w:val="4"/>
  </w:num>
  <w:num w:numId="5" w16cid:durableId="1078945258">
    <w:abstractNumId w:val="7"/>
  </w:num>
  <w:num w:numId="6" w16cid:durableId="1397388536">
    <w:abstractNumId w:val="3"/>
  </w:num>
  <w:num w:numId="7" w16cid:durableId="1539583471">
    <w:abstractNumId w:val="2"/>
  </w:num>
  <w:num w:numId="8" w16cid:durableId="1892959886">
    <w:abstractNumId w:val="1"/>
  </w:num>
  <w:num w:numId="9" w16cid:durableId="817041784">
    <w:abstractNumId w:val="0"/>
  </w:num>
  <w:num w:numId="10" w16cid:durableId="769425102">
    <w:abstractNumId w:val="12"/>
  </w:num>
  <w:num w:numId="11" w16cid:durableId="1387100035">
    <w:abstractNumId w:val="10"/>
  </w:num>
  <w:num w:numId="12" w16cid:durableId="1949997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5787259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45A1"/>
    <w:rsid w:val="0015074B"/>
    <w:rsid w:val="0029639D"/>
    <w:rsid w:val="00326F90"/>
    <w:rsid w:val="004B0543"/>
    <w:rsid w:val="004F4066"/>
    <w:rsid w:val="006072CA"/>
    <w:rsid w:val="00623DBA"/>
    <w:rsid w:val="00671AF4"/>
    <w:rsid w:val="006A07B6"/>
    <w:rsid w:val="006C00E2"/>
    <w:rsid w:val="007D0927"/>
    <w:rsid w:val="008407A2"/>
    <w:rsid w:val="009E7A2C"/>
    <w:rsid w:val="00AA1D8D"/>
    <w:rsid w:val="00B47730"/>
    <w:rsid w:val="00C018E8"/>
    <w:rsid w:val="00C12D50"/>
    <w:rsid w:val="00C224F6"/>
    <w:rsid w:val="00CB0664"/>
    <w:rsid w:val="00CE6156"/>
    <w:rsid w:val="00D329EB"/>
    <w:rsid w:val="00D65F1E"/>
    <w:rsid w:val="00F8248B"/>
    <w:rsid w:val="00FC693F"/>
    <w:rsid w:val="00FC7D78"/>
    <w:rsid w:val="00FE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033D0"/>
  <w14:defaultImageDpi w14:val="330"/>
  <w15:docId w15:val="{4BFD3B22-2FEF-45B6-8E00-2119DC04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C018E8"/>
    <w:pPr>
      <w:spacing w:after="0" w:line="240" w:lineRule="auto"/>
    </w:pPr>
    <w:rPr>
      <w:rFonts w:eastAsia="Aptos"/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2B021BDD36CC4C9701A396A20072A9" ma:contentTypeVersion="18" ma:contentTypeDescription="Utwórz nowy dokument." ma:contentTypeScope="" ma:versionID="126806cb7631e71e6b6a1f43ebf7d50e">
  <xsd:schema xmlns:xsd="http://www.w3.org/2001/XMLSchema" xmlns:xs="http://www.w3.org/2001/XMLSchema" xmlns:p="http://schemas.microsoft.com/office/2006/metadata/properties" xmlns:ns2="d94b5ce9-0383-4f0d-bded-8fdbd4a28b59" xmlns:ns3="7665b3a0-04b6-4bd2-bd02-24097f68844a" targetNamespace="http://schemas.microsoft.com/office/2006/metadata/properties" ma:root="true" ma:fieldsID="74a5e19af453c68f42a247c65a6852ae" ns2:_="" ns3:_="">
    <xsd:import namespace="d94b5ce9-0383-4f0d-bded-8fdbd4a28b59"/>
    <xsd:import namespace="7665b3a0-04b6-4bd2-bd02-24097f6884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4b5ce9-0383-4f0d-bded-8fdbd4a28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142002d5-3109-4816-a9a0-01d8e4360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5b3a0-04b6-4bd2-bd02-24097f6884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433b43c-1734-4f37-913d-900314015bb3}" ma:internalName="TaxCatchAll" ma:showField="CatchAllData" ma:web="7665b3a0-04b6-4bd2-bd02-24097f6884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65b3a0-04b6-4bd2-bd02-24097f68844a" xsi:nil="true"/>
    <lcf76f155ced4ddcb4097134ff3c332f xmlns="d94b5ce9-0383-4f0d-bded-8fdbd4a28b5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2EBD48-6F6C-49BE-8E7E-794CA3927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4b5ce9-0383-4f0d-bded-8fdbd4a28b59"/>
    <ds:schemaRef ds:uri="7665b3a0-04b6-4bd2-bd02-24097f688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C07D97-3AA8-4D17-98C9-3179E6AF9346}">
  <ds:schemaRefs>
    <ds:schemaRef ds:uri="http://schemas.microsoft.com/office/2006/metadata/properties"/>
    <ds:schemaRef ds:uri="http://schemas.microsoft.com/office/infopath/2007/PartnerControls"/>
    <ds:schemaRef ds:uri="7665b3a0-04b6-4bd2-bd02-24097f68844a"/>
    <ds:schemaRef ds:uri="d94b5ce9-0383-4f0d-bded-8fdbd4a28b59"/>
  </ds:schemaRefs>
</ds:datastoreItem>
</file>

<file path=customXml/itemProps4.xml><?xml version="1.0" encoding="utf-8"?>
<ds:datastoreItem xmlns:ds="http://schemas.openxmlformats.org/officeDocument/2006/customXml" ds:itemID="{DB87F046-C88F-48E9-995E-C0F212B077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1249</Words>
  <Characters>7499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8731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RR WB</cp:lastModifiedBy>
  <cp:revision>3</cp:revision>
  <dcterms:created xsi:type="dcterms:W3CDTF">2025-11-18T09:16:00Z</dcterms:created>
  <dcterms:modified xsi:type="dcterms:W3CDTF">2025-11-18T09:19:00Z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0x010100BE2B021BDD36CC4C9701A396A20072A9</vt:lpwstr>
  </property>
</Properties>
</file>